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5DAF0" w14:textId="58D5C5F3" w:rsidR="004811E5" w:rsidRDefault="004811E5">
      <w:pPr>
        <w:pStyle w:val="Titolo1"/>
        <w:jc w:val="center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58240" behindDoc="0" locked="0" layoutInCell="1" allowOverlap="1" wp14:anchorId="53E970CF" wp14:editId="1D6852EA">
            <wp:simplePos x="0" y="0"/>
            <wp:positionH relativeFrom="margin">
              <wp:posOffset>2424367</wp:posOffset>
            </wp:positionH>
            <wp:positionV relativeFrom="margin">
              <wp:posOffset>-52945</wp:posOffset>
            </wp:positionV>
            <wp:extent cx="3896360" cy="2592705"/>
            <wp:effectExtent l="0" t="0" r="2540" b="0"/>
            <wp:wrapSquare wrapText="bothSides"/>
            <wp:docPr id="1462022557" name="Immagine 2" descr="Immagine che contiene trasporto, natante, testo, Architettura nav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22557" name="Immagine 2" descr="Immagine che contiene trasporto, natante, testo, Architettura navale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E2823" w14:textId="77777777" w:rsidR="004811E5" w:rsidRPr="004811E5" w:rsidRDefault="004811E5" w:rsidP="004811E5">
      <w:pPr>
        <w:rPr>
          <w:lang w:val="it-IT"/>
        </w:rPr>
      </w:pPr>
    </w:p>
    <w:p w14:paraId="0C09B1BF" w14:textId="77777777" w:rsidR="004811E5" w:rsidRDefault="004811E5">
      <w:pPr>
        <w:pStyle w:val="Titolo1"/>
        <w:jc w:val="center"/>
        <w:rPr>
          <w:lang w:val="it-IT"/>
        </w:rPr>
      </w:pPr>
    </w:p>
    <w:p w14:paraId="372F762E" w14:textId="05854DA5" w:rsidR="00076991" w:rsidRPr="00A877C6" w:rsidRDefault="00A877C6" w:rsidP="00A877C6">
      <w:pPr>
        <w:pStyle w:val="Titolo1"/>
        <w:rPr>
          <w:color w:val="4F81BD" w:themeColor="accent1"/>
          <w:sz w:val="26"/>
          <w:szCs w:val="26"/>
        </w:rPr>
      </w:pPr>
      <w:r>
        <w:rPr>
          <w:color w:val="4F81BD" w:themeColor="accent1"/>
          <w:sz w:val="26"/>
          <w:szCs w:val="26"/>
        </w:rPr>
        <w:t>SCHEDA PARTECIPANTE</w:t>
      </w:r>
    </w:p>
    <w:p w14:paraId="32D58FE3" w14:textId="3B3C62A5" w:rsidR="00076991" w:rsidRPr="004811E5" w:rsidRDefault="00000000">
      <w:pPr>
        <w:rPr>
          <w:lang w:val="it-IT"/>
        </w:rPr>
      </w:pPr>
      <w:proofErr w:type="gramStart"/>
      <w:r w:rsidRPr="004811E5">
        <w:rPr>
          <w:lang w:val="it-IT"/>
        </w:rPr>
        <w:t xml:space="preserve">Luogo: </w:t>
      </w:r>
      <w:r w:rsidR="00A45300">
        <w:rPr>
          <w:lang w:val="it-IT"/>
        </w:rPr>
        <w:t xml:space="preserve">  </w:t>
      </w:r>
      <w:proofErr w:type="gramEnd"/>
      <w:r w:rsidR="00A45300">
        <w:rPr>
          <w:lang w:val="it-IT"/>
        </w:rPr>
        <w:t xml:space="preserve"> Genova, YCI</w:t>
      </w:r>
      <w:r w:rsidRPr="004811E5">
        <w:rPr>
          <w:lang w:val="it-IT"/>
        </w:rPr>
        <w:br/>
      </w:r>
      <w:proofErr w:type="gramStart"/>
      <w:r w:rsidRPr="004811E5">
        <w:rPr>
          <w:lang w:val="it-IT"/>
        </w:rPr>
        <w:t xml:space="preserve">Data: </w:t>
      </w:r>
      <w:r w:rsidR="00A45300">
        <w:rPr>
          <w:lang w:val="it-IT"/>
        </w:rPr>
        <w:t xml:space="preserve">  </w:t>
      </w:r>
      <w:proofErr w:type="gramEnd"/>
      <w:r w:rsidR="00A45300">
        <w:rPr>
          <w:lang w:val="it-IT"/>
        </w:rPr>
        <w:t xml:space="preserve">    26-28 giugno 2026</w:t>
      </w:r>
    </w:p>
    <w:p w14:paraId="45FDD4C0" w14:textId="6173CB13" w:rsidR="00076991" w:rsidRPr="004811E5" w:rsidRDefault="00076991">
      <w:pPr>
        <w:rPr>
          <w:lang w:val="it-IT"/>
        </w:rPr>
      </w:pPr>
    </w:p>
    <w:p w14:paraId="35D7A90F" w14:textId="03289CEC" w:rsidR="00076991" w:rsidRDefault="00000000">
      <w:pPr>
        <w:pStyle w:val="Titolo2"/>
      </w:pPr>
      <w:r>
        <w:t>1. DATI DELL’ARMATORE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76991" w14:paraId="3569445A" w14:textId="77777777">
        <w:tc>
          <w:tcPr>
            <w:tcW w:w="4320" w:type="dxa"/>
          </w:tcPr>
          <w:p w14:paraId="2D7D8017" w14:textId="77777777" w:rsidR="00076991" w:rsidRDefault="00000000" w:rsidP="004811E5">
            <w:pPr>
              <w:spacing w:after="0"/>
            </w:pPr>
            <w:r>
              <w:t>Nome e Cognome</w:t>
            </w:r>
          </w:p>
        </w:tc>
        <w:tc>
          <w:tcPr>
            <w:tcW w:w="4320" w:type="dxa"/>
          </w:tcPr>
          <w:p w14:paraId="42A7AB73" w14:textId="7C237336" w:rsidR="00076991" w:rsidRDefault="00000000" w:rsidP="004811E5">
            <w:pPr>
              <w:spacing w:after="0"/>
            </w:pPr>
            <w:r>
              <w:t>_________________________________________</w:t>
            </w:r>
            <w:r w:rsidR="0020615B">
              <w:t>________</w:t>
            </w:r>
          </w:p>
        </w:tc>
      </w:tr>
      <w:tr w:rsidR="00076991" w14:paraId="0D2A7D45" w14:textId="77777777">
        <w:tc>
          <w:tcPr>
            <w:tcW w:w="4320" w:type="dxa"/>
          </w:tcPr>
          <w:p w14:paraId="1F86FB8F" w14:textId="77777777" w:rsidR="00076991" w:rsidRPr="001E678C" w:rsidRDefault="00000000" w:rsidP="004811E5">
            <w:pPr>
              <w:spacing w:after="0"/>
              <w:rPr>
                <w:lang w:val="it-IT"/>
              </w:rPr>
            </w:pPr>
            <w:r w:rsidRPr="001E678C">
              <w:rPr>
                <w:lang w:val="it-IT"/>
              </w:rPr>
              <w:t>Residenza (indirizzo completo)</w:t>
            </w:r>
          </w:p>
          <w:p w14:paraId="227007EA" w14:textId="2DC34D53" w:rsidR="006E25E2" w:rsidRPr="001E678C" w:rsidRDefault="006E25E2" w:rsidP="004811E5">
            <w:pPr>
              <w:spacing w:after="0"/>
              <w:rPr>
                <w:lang w:val="it-IT"/>
              </w:rPr>
            </w:pPr>
            <w:r w:rsidRPr="001E678C">
              <w:rPr>
                <w:lang w:val="it-IT"/>
              </w:rPr>
              <w:t>C.F.</w:t>
            </w:r>
          </w:p>
        </w:tc>
        <w:tc>
          <w:tcPr>
            <w:tcW w:w="4320" w:type="dxa"/>
          </w:tcPr>
          <w:p w14:paraId="763EB793" w14:textId="5F15720B" w:rsidR="00076991" w:rsidRPr="001E678C" w:rsidRDefault="00076991" w:rsidP="004811E5">
            <w:pPr>
              <w:pBdr>
                <w:bottom w:val="single" w:sz="12" w:space="1" w:color="auto"/>
              </w:pBdr>
              <w:spacing w:after="0"/>
              <w:rPr>
                <w:lang w:val="it-IT"/>
              </w:rPr>
            </w:pPr>
          </w:p>
          <w:p w14:paraId="3EEC5FF8" w14:textId="36850D9F" w:rsidR="006E25E2" w:rsidRDefault="006E25E2" w:rsidP="006E25E2">
            <w:pPr>
              <w:spacing w:after="0"/>
            </w:pPr>
            <w:r>
              <w:t>_________________________________________________</w:t>
            </w:r>
          </w:p>
        </w:tc>
      </w:tr>
      <w:tr w:rsidR="00076991" w14:paraId="12F52C1D" w14:textId="77777777">
        <w:tc>
          <w:tcPr>
            <w:tcW w:w="4320" w:type="dxa"/>
          </w:tcPr>
          <w:p w14:paraId="3214812E" w14:textId="77777777" w:rsidR="00076991" w:rsidRDefault="00000000" w:rsidP="004811E5">
            <w:pPr>
              <w:spacing w:after="0"/>
            </w:pPr>
            <w:r>
              <w:t>Cellulare</w:t>
            </w:r>
          </w:p>
        </w:tc>
        <w:tc>
          <w:tcPr>
            <w:tcW w:w="4320" w:type="dxa"/>
          </w:tcPr>
          <w:p w14:paraId="57AC95A1" w14:textId="193C61CF" w:rsidR="00076991" w:rsidRDefault="00000000" w:rsidP="004811E5">
            <w:pPr>
              <w:spacing w:after="0"/>
            </w:pPr>
            <w:r>
              <w:t>_________________________________________</w:t>
            </w:r>
            <w:r w:rsidR="0020615B">
              <w:t>________</w:t>
            </w:r>
          </w:p>
        </w:tc>
      </w:tr>
      <w:tr w:rsidR="00076991" w14:paraId="0B5291AA" w14:textId="77777777">
        <w:tc>
          <w:tcPr>
            <w:tcW w:w="4320" w:type="dxa"/>
          </w:tcPr>
          <w:p w14:paraId="62AA1A37" w14:textId="77777777" w:rsidR="00076991" w:rsidRDefault="00000000" w:rsidP="004811E5">
            <w:pPr>
              <w:spacing w:after="0"/>
            </w:pPr>
            <w:r>
              <w:t>Email</w:t>
            </w:r>
          </w:p>
        </w:tc>
        <w:tc>
          <w:tcPr>
            <w:tcW w:w="4320" w:type="dxa"/>
          </w:tcPr>
          <w:p w14:paraId="32BCAD56" w14:textId="4832DE5E" w:rsidR="00076991" w:rsidRDefault="00000000" w:rsidP="004811E5">
            <w:pPr>
              <w:spacing w:after="0"/>
            </w:pPr>
            <w:r>
              <w:t>_________________________________________</w:t>
            </w:r>
            <w:r w:rsidR="0020615B">
              <w:t>________</w:t>
            </w:r>
          </w:p>
        </w:tc>
      </w:tr>
    </w:tbl>
    <w:p w14:paraId="79AADCEE" w14:textId="77777777" w:rsidR="00076991" w:rsidRDefault="00076991"/>
    <w:p w14:paraId="2AEA7CD1" w14:textId="7DE12644" w:rsidR="00076991" w:rsidRPr="00555873" w:rsidRDefault="00555873">
      <w:pPr>
        <w:pStyle w:val="Titolo2"/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5E2FD" wp14:editId="1CE4F15B">
                <wp:simplePos x="0" y="0"/>
                <wp:positionH relativeFrom="column">
                  <wp:posOffset>3499485</wp:posOffset>
                </wp:positionH>
                <wp:positionV relativeFrom="paragraph">
                  <wp:posOffset>35050</wp:posOffset>
                </wp:positionV>
                <wp:extent cx="154305" cy="134620"/>
                <wp:effectExtent l="50800" t="25400" r="48895" b="81280"/>
                <wp:wrapNone/>
                <wp:docPr id="1002364061" name="Cor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4620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86F96" id="Cornice 5" o:spid="_x0000_s1026" style="position:absolute;margin-left:275.55pt;margin-top:2.75pt;width:12.15pt;height:1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34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" path="m,l154305,r,134620l,134620,,xm16828,16828r,100965l137478,117793r,-100965l16828,16828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154305,0;154305,134620;0,134620;0,0;16828,16828;16828,117793;137478,117793;137478,16828;16828,16828" o:connectangles="0,0,0,0,0,0,0,0,0,0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8A69E0" wp14:editId="22994FC2">
                <wp:simplePos x="0" y="0"/>
                <wp:positionH relativeFrom="column">
                  <wp:posOffset>4964555</wp:posOffset>
                </wp:positionH>
                <wp:positionV relativeFrom="paragraph">
                  <wp:posOffset>36830</wp:posOffset>
                </wp:positionV>
                <wp:extent cx="154305" cy="134620"/>
                <wp:effectExtent l="50800" t="25400" r="48895" b="81280"/>
                <wp:wrapNone/>
                <wp:docPr id="789389123" name="Cor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4620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F17D" id="Cornice 5" o:spid="_x0000_s1026" style="position:absolute;margin-left:390.9pt;margin-top:2.9pt;width:12.15pt;height:1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34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" path="m,l154305,r,134620l,134620,,xm16828,16828r,100965l137478,117793r,-100965l16828,16828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154305,0;154305,134620;0,134620;0,0;16828,16828;16828,117793;137478,117793;137478,16828;16828,16828" o:connectangles="0,0,0,0,0,0,0,0,0,0"/>
              </v:shape>
            </w:pict>
          </mc:Fallback>
        </mc:AlternateContent>
      </w:r>
      <w:r w:rsidRPr="00555873">
        <w:rPr>
          <w:lang w:val="it-IT"/>
        </w:rPr>
        <w:t xml:space="preserve">2. DATI DELL’IMBARCAZIONE </w:t>
      </w:r>
      <w:r>
        <w:rPr>
          <w:lang w:val="it-IT"/>
        </w:rPr>
        <w:t xml:space="preserve">(presente al Raduno               non presente      </w:t>
      </w:r>
      <w:proofErr w:type="gramStart"/>
      <w:r>
        <w:rPr>
          <w:lang w:val="it-IT"/>
        </w:rPr>
        <w:t xml:space="preserve">  )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76991" w14:paraId="26BCE6F8" w14:textId="77777777">
        <w:tc>
          <w:tcPr>
            <w:tcW w:w="4320" w:type="dxa"/>
          </w:tcPr>
          <w:p w14:paraId="00C3160D" w14:textId="77777777" w:rsidR="00076991" w:rsidRDefault="00000000" w:rsidP="007B2C62">
            <w:pPr>
              <w:spacing w:after="0"/>
            </w:pPr>
            <w:r>
              <w:t xml:space="preserve">Nome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barca</w:t>
            </w:r>
            <w:proofErr w:type="spellEnd"/>
          </w:p>
        </w:tc>
        <w:tc>
          <w:tcPr>
            <w:tcW w:w="4320" w:type="dxa"/>
          </w:tcPr>
          <w:p w14:paraId="5731A612" w14:textId="4749211B" w:rsidR="00076991" w:rsidRDefault="00000000" w:rsidP="007B2C62">
            <w:pPr>
              <w:spacing w:after="0"/>
            </w:pPr>
            <w:r>
              <w:t>______________________</w:t>
            </w:r>
            <w:r w:rsidR="007B2C62">
              <w:t>_</w:t>
            </w:r>
            <w:r w:rsidR="00861230">
              <w:t xml:space="preserve"> Anno </w:t>
            </w:r>
            <w:proofErr w:type="spellStart"/>
            <w:proofErr w:type="gramStart"/>
            <w:r w:rsidR="00861230">
              <w:t>costr</w:t>
            </w:r>
            <w:proofErr w:type="spellEnd"/>
            <w:r w:rsidR="00861230">
              <w:t>._</w:t>
            </w:r>
            <w:proofErr w:type="gramEnd"/>
            <w:r w:rsidR="00861230">
              <w:t>____________</w:t>
            </w:r>
          </w:p>
        </w:tc>
      </w:tr>
      <w:tr w:rsidR="00076991" w14:paraId="3E9632D5" w14:textId="77777777">
        <w:tc>
          <w:tcPr>
            <w:tcW w:w="4320" w:type="dxa"/>
          </w:tcPr>
          <w:p w14:paraId="37F582A6" w14:textId="77777777" w:rsidR="00076991" w:rsidRDefault="00000000" w:rsidP="007B2C62">
            <w:pPr>
              <w:spacing w:after="0"/>
            </w:pPr>
            <w:r>
              <w:t>Modello</w:t>
            </w:r>
          </w:p>
        </w:tc>
        <w:tc>
          <w:tcPr>
            <w:tcW w:w="4320" w:type="dxa"/>
          </w:tcPr>
          <w:p w14:paraId="60A1E9E0" w14:textId="319F0BE9" w:rsidR="00076991" w:rsidRDefault="00000000" w:rsidP="007B2C62">
            <w:pPr>
              <w:spacing w:after="0"/>
            </w:pPr>
            <w:r>
              <w:t>________________</w:t>
            </w:r>
            <w:r w:rsidR="0020615B">
              <w:t>_____</w:t>
            </w:r>
            <w:r w:rsidR="00861230">
              <w:t>_____________________________</w:t>
            </w:r>
            <w:r w:rsidR="007B2C62">
              <w:t xml:space="preserve">   </w:t>
            </w:r>
          </w:p>
        </w:tc>
      </w:tr>
      <w:tr w:rsidR="00076991" w14:paraId="30D4425B" w14:textId="77777777">
        <w:tc>
          <w:tcPr>
            <w:tcW w:w="4320" w:type="dxa"/>
          </w:tcPr>
          <w:p w14:paraId="2328E3E8" w14:textId="6F20DC47" w:rsidR="00076991" w:rsidRDefault="0020615B" w:rsidP="007B2C62">
            <w:pPr>
              <w:spacing w:after="0"/>
            </w:pPr>
            <w:r>
              <w:t xml:space="preserve">Porto di </w:t>
            </w:r>
            <w:proofErr w:type="spellStart"/>
            <w:r>
              <w:t>provenienza</w:t>
            </w:r>
            <w:proofErr w:type="spellEnd"/>
          </w:p>
        </w:tc>
        <w:tc>
          <w:tcPr>
            <w:tcW w:w="4320" w:type="dxa"/>
          </w:tcPr>
          <w:p w14:paraId="72BBFC8B" w14:textId="484DD7B6" w:rsidR="00076991" w:rsidRDefault="0020615B" w:rsidP="007B2C62">
            <w:pPr>
              <w:spacing w:after="0"/>
            </w:pPr>
            <w:r>
              <w:t>__________________________________________________</w:t>
            </w:r>
          </w:p>
        </w:tc>
      </w:tr>
      <w:tr w:rsidR="00076991" w14:paraId="15AD14FB" w14:textId="77777777">
        <w:tc>
          <w:tcPr>
            <w:tcW w:w="4320" w:type="dxa"/>
          </w:tcPr>
          <w:p w14:paraId="6DF90A51" w14:textId="08DCEC14" w:rsidR="00076991" w:rsidRDefault="00153C02" w:rsidP="00153C02">
            <w:pPr>
              <w:spacing w:after="0"/>
              <w:rPr>
                <w:lang w:val="it-IT"/>
              </w:rPr>
            </w:pPr>
            <w:r w:rsidRPr="0020615B">
              <w:rPr>
                <w:lang w:val="it-IT"/>
              </w:rPr>
              <w:t xml:space="preserve">Data / </w:t>
            </w:r>
            <w:proofErr w:type="gramStart"/>
            <w:r w:rsidRPr="0020615B">
              <w:rPr>
                <w:lang w:val="it-IT"/>
              </w:rPr>
              <w:t>ora  di</w:t>
            </w:r>
            <w:proofErr w:type="gramEnd"/>
            <w:r w:rsidRPr="0020615B">
              <w:rPr>
                <w:lang w:val="it-IT"/>
              </w:rPr>
              <w:t xml:space="preserve"> arrivo previst</w:t>
            </w:r>
            <w:r>
              <w:rPr>
                <w:lang w:val="it-IT"/>
              </w:rPr>
              <w:t>i</w:t>
            </w:r>
          </w:p>
          <w:p w14:paraId="5A025913" w14:textId="0CAE9429" w:rsidR="0020615B" w:rsidRPr="0020615B" w:rsidRDefault="0020615B" w:rsidP="007B2C62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 xml:space="preserve">Nominativo </w:t>
            </w:r>
            <w:r w:rsidR="00861230">
              <w:rPr>
                <w:lang w:val="it-IT"/>
              </w:rPr>
              <w:t xml:space="preserve">eventuale </w:t>
            </w:r>
            <w:r>
              <w:rPr>
                <w:lang w:val="it-IT"/>
              </w:rPr>
              <w:t xml:space="preserve">Hotel </w:t>
            </w:r>
          </w:p>
        </w:tc>
        <w:tc>
          <w:tcPr>
            <w:tcW w:w="4320" w:type="dxa"/>
          </w:tcPr>
          <w:p w14:paraId="460877B1" w14:textId="77777777" w:rsidR="00076991" w:rsidRDefault="00000000" w:rsidP="00153C02">
            <w:pPr>
              <w:spacing w:after="0"/>
            </w:pPr>
            <w:r>
              <w:t>_________________________________________</w:t>
            </w:r>
            <w:r w:rsidR="0020615B">
              <w:t>_________</w:t>
            </w:r>
          </w:p>
          <w:p w14:paraId="27201AB3" w14:textId="67CC2400" w:rsidR="00153C02" w:rsidRDefault="00861230" w:rsidP="00153C02">
            <w:pPr>
              <w:spacing w:after="0"/>
            </w:pPr>
            <w:r>
              <w:t>__________________________________________________</w:t>
            </w:r>
          </w:p>
        </w:tc>
      </w:tr>
      <w:tr w:rsidR="00076991" w14:paraId="284CEB2C" w14:textId="77777777">
        <w:tc>
          <w:tcPr>
            <w:tcW w:w="4320" w:type="dxa"/>
          </w:tcPr>
          <w:p w14:paraId="2C0A8D65" w14:textId="6DED387B" w:rsidR="00076991" w:rsidRDefault="00076991" w:rsidP="007B2C62">
            <w:pPr>
              <w:spacing w:after="0"/>
            </w:pPr>
          </w:p>
        </w:tc>
        <w:tc>
          <w:tcPr>
            <w:tcW w:w="4320" w:type="dxa"/>
          </w:tcPr>
          <w:p w14:paraId="2BDF159D" w14:textId="6C3C9B18" w:rsidR="00076991" w:rsidRDefault="00076991" w:rsidP="007B2C62">
            <w:pPr>
              <w:spacing w:after="0"/>
            </w:pPr>
          </w:p>
        </w:tc>
      </w:tr>
    </w:tbl>
    <w:p w14:paraId="157610E1" w14:textId="77777777" w:rsidR="00076991" w:rsidRPr="0020615B" w:rsidRDefault="00000000">
      <w:pPr>
        <w:pStyle w:val="Titolo2"/>
        <w:rPr>
          <w:lang w:val="it-IT"/>
        </w:rPr>
      </w:pPr>
      <w:r w:rsidRPr="0020615B">
        <w:rPr>
          <w:lang w:val="it-IT"/>
        </w:rPr>
        <w:t>3. EQUIPAGGIO</w:t>
      </w:r>
    </w:p>
    <w:p w14:paraId="27B37203" w14:textId="77777777" w:rsidR="006E25E2" w:rsidRDefault="00000000" w:rsidP="007B2C62">
      <w:pPr>
        <w:spacing w:after="0"/>
        <w:rPr>
          <w:lang w:val="it-IT"/>
        </w:rPr>
      </w:pPr>
      <w:r w:rsidRPr="0020615B">
        <w:rPr>
          <w:lang w:val="it-IT"/>
        </w:rPr>
        <w:t xml:space="preserve">Nomi dei membri </w:t>
      </w:r>
      <w:r w:rsidR="00555873">
        <w:rPr>
          <w:lang w:val="it-IT"/>
        </w:rPr>
        <w:t>partecipanti, oltre all’armatore (con o senza barca)</w:t>
      </w:r>
      <w:r w:rsidR="006E25E2">
        <w:rPr>
          <w:lang w:val="it-IT"/>
        </w:rPr>
        <w:t xml:space="preserve">. </w:t>
      </w:r>
    </w:p>
    <w:p w14:paraId="6D725789" w14:textId="2A29A699" w:rsidR="00076991" w:rsidRPr="0020615B" w:rsidRDefault="006E25E2" w:rsidP="007B2C62">
      <w:pPr>
        <w:spacing w:after="0"/>
        <w:rPr>
          <w:lang w:val="it-IT"/>
        </w:rPr>
      </w:pPr>
      <w:r>
        <w:rPr>
          <w:lang w:val="it-IT"/>
        </w:rPr>
        <w:t>Segnalare età in caso di minorenni.</w:t>
      </w:r>
    </w:p>
    <w:p w14:paraId="56950DC4" w14:textId="77777777" w:rsidR="00076991" w:rsidRPr="0020615B" w:rsidRDefault="00000000" w:rsidP="007B2C62">
      <w:pPr>
        <w:spacing w:after="0"/>
        <w:rPr>
          <w:lang w:val="it-IT"/>
        </w:rPr>
      </w:pPr>
      <w:r w:rsidRPr="0020615B">
        <w:rPr>
          <w:lang w:val="it-IT"/>
        </w:rPr>
        <w:t>1. _____________________________________</w:t>
      </w:r>
    </w:p>
    <w:p w14:paraId="2F3E00BB" w14:textId="77777777" w:rsidR="00076991" w:rsidRPr="0020615B" w:rsidRDefault="00000000" w:rsidP="007B2C62">
      <w:pPr>
        <w:spacing w:after="0"/>
        <w:rPr>
          <w:lang w:val="it-IT"/>
        </w:rPr>
      </w:pPr>
      <w:r w:rsidRPr="0020615B">
        <w:rPr>
          <w:lang w:val="it-IT"/>
        </w:rPr>
        <w:t>2. _____________________________________</w:t>
      </w:r>
    </w:p>
    <w:p w14:paraId="78AEC851" w14:textId="77777777" w:rsidR="00076991" w:rsidRPr="0020615B" w:rsidRDefault="00000000" w:rsidP="007B2C62">
      <w:pPr>
        <w:spacing w:after="0"/>
        <w:rPr>
          <w:lang w:val="it-IT"/>
        </w:rPr>
      </w:pPr>
      <w:r w:rsidRPr="0020615B">
        <w:rPr>
          <w:lang w:val="it-IT"/>
        </w:rPr>
        <w:t>3. _____________________________________</w:t>
      </w:r>
    </w:p>
    <w:p w14:paraId="6447C914" w14:textId="77777777" w:rsidR="00076991" w:rsidRPr="0020615B" w:rsidRDefault="00000000" w:rsidP="007B2C62">
      <w:pPr>
        <w:spacing w:after="0"/>
        <w:rPr>
          <w:lang w:val="it-IT"/>
        </w:rPr>
      </w:pPr>
      <w:r w:rsidRPr="0020615B">
        <w:rPr>
          <w:lang w:val="it-IT"/>
        </w:rPr>
        <w:t>4. _____________________________________</w:t>
      </w:r>
    </w:p>
    <w:p w14:paraId="30F9F5A2" w14:textId="77777777" w:rsidR="00076991" w:rsidRPr="0020615B" w:rsidRDefault="00000000" w:rsidP="007B2C62">
      <w:pPr>
        <w:spacing w:after="0"/>
        <w:rPr>
          <w:lang w:val="it-IT"/>
        </w:rPr>
      </w:pPr>
      <w:r w:rsidRPr="0020615B">
        <w:rPr>
          <w:lang w:val="it-IT"/>
        </w:rPr>
        <w:t>5. _____________________________________</w:t>
      </w:r>
    </w:p>
    <w:p w14:paraId="00511AE0" w14:textId="77777777" w:rsidR="00076991" w:rsidRPr="0020615B" w:rsidRDefault="00000000" w:rsidP="007B2C62">
      <w:pPr>
        <w:spacing w:after="0"/>
        <w:rPr>
          <w:lang w:val="it-IT"/>
        </w:rPr>
      </w:pPr>
      <w:r w:rsidRPr="0020615B">
        <w:rPr>
          <w:lang w:val="it-IT"/>
        </w:rPr>
        <w:t>6. _____________________________________</w:t>
      </w:r>
    </w:p>
    <w:p w14:paraId="4280C0BE" w14:textId="2C884D7E" w:rsidR="00076991" w:rsidRPr="0020615B" w:rsidRDefault="00076991">
      <w:pPr>
        <w:rPr>
          <w:lang w:val="it-IT"/>
        </w:rPr>
      </w:pPr>
    </w:p>
    <w:p w14:paraId="6FACCFF9" w14:textId="17457F3A" w:rsidR="007B2C62" w:rsidRDefault="007B2C62">
      <w:pPr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FEE17" wp14:editId="28EEA194">
                <wp:simplePos x="0" y="0"/>
                <wp:positionH relativeFrom="column">
                  <wp:posOffset>3420870</wp:posOffset>
                </wp:positionH>
                <wp:positionV relativeFrom="paragraph">
                  <wp:posOffset>10795</wp:posOffset>
                </wp:positionV>
                <wp:extent cx="164465" cy="164465"/>
                <wp:effectExtent l="50800" t="25400" r="64135" b="76835"/>
                <wp:wrapNone/>
                <wp:docPr id="2138026161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49E8D4" id="Rettangolo 3" o:spid="_x0000_s1026" style="position:absolute;margin-left:269.35pt;margin-top:.85pt;width:12.95pt;height:12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&#13;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66560" wp14:editId="50C0BB58">
                <wp:simplePos x="0" y="0"/>
                <wp:positionH relativeFrom="column">
                  <wp:posOffset>1165485</wp:posOffset>
                </wp:positionH>
                <wp:positionV relativeFrom="paragraph">
                  <wp:posOffset>12325</wp:posOffset>
                </wp:positionV>
                <wp:extent cx="149902" cy="164892"/>
                <wp:effectExtent l="50800" t="25400" r="66040" b="76835"/>
                <wp:wrapNone/>
                <wp:docPr id="142292784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02" cy="1648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D7C5B" id="Rettangolo 3" o:spid="_x0000_s1026" style="position:absolute;margin-left:91.75pt;margin-top:.95pt;width:11.8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&#13;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lang w:val="it-IT"/>
        </w:rPr>
        <w:t>Partecipazione a:            aperitivo/cena benvenuto 26/6            programma visite 27/6</w:t>
      </w:r>
    </w:p>
    <w:p w14:paraId="64EFFB68" w14:textId="669DADAC" w:rsidR="00076991" w:rsidRPr="007B2C62" w:rsidRDefault="007B2C62">
      <w:pPr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F7095" wp14:editId="14F68FF7">
                <wp:simplePos x="0" y="0"/>
                <wp:positionH relativeFrom="column">
                  <wp:posOffset>3435985</wp:posOffset>
                </wp:positionH>
                <wp:positionV relativeFrom="paragraph">
                  <wp:posOffset>4445</wp:posOffset>
                </wp:positionV>
                <wp:extent cx="164465" cy="164465"/>
                <wp:effectExtent l="50800" t="25400" r="64135" b="76835"/>
                <wp:wrapNone/>
                <wp:docPr id="1321622455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B4B0E9" id="Rettangolo 3" o:spid="_x0000_s1026" style="position:absolute;margin-left:270.55pt;margin-top:.35pt;width:12.95pt;height:12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&#13;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71CD0" wp14:editId="22FAFE30">
                <wp:simplePos x="0" y="0"/>
                <wp:positionH relativeFrom="column">
                  <wp:posOffset>1148861</wp:posOffset>
                </wp:positionH>
                <wp:positionV relativeFrom="paragraph">
                  <wp:posOffset>29210</wp:posOffset>
                </wp:positionV>
                <wp:extent cx="164465" cy="164465"/>
                <wp:effectExtent l="50800" t="25400" r="64135" b="76835"/>
                <wp:wrapNone/>
                <wp:docPr id="169565124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F9818E" id="Rettangolo 3" o:spid="_x0000_s1026" style="position:absolute;margin-left:90.45pt;margin-top:2.3pt;width:12.95pt;height:12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&#13;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lang w:val="it-IT"/>
        </w:rPr>
        <w:t xml:space="preserve">                                             cena sociale 27/6                                        navigazione in parata 28/6        </w:t>
      </w:r>
    </w:p>
    <w:p w14:paraId="11702B9A" w14:textId="77777777" w:rsidR="0020615B" w:rsidRDefault="0020615B">
      <w:pPr>
        <w:pStyle w:val="Titolo2"/>
        <w:rPr>
          <w:lang w:val="it-IT"/>
        </w:rPr>
      </w:pPr>
    </w:p>
    <w:p w14:paraId="658C9EC5" w14:textId="3C39D369" w:rsidR="00076991" w:rsidRPr="007B2C62" w:rsidRDefault="0020615B" w:rsidP="00861230">
      <w:pPr>
        <w:pStyle w:val="Titolo2"/>
        <w:spacing w:before="0" w:after="240"/>
        <w:rPr>
          <w:lang w:val="it-IT"/>
        </w:rPr>
      </w:pPr>
      <w:r>
        <w:rPr>
          <w:lang w:val="it-IT"/>
        </w:rPr>
        <w:t>4</w:t>
      </w:r>
      <w:r w:rsidRPr="007B2C62">
        <w:rPr>
          <w:lang w:val="it-IT"/>
        </w:rPr>
        <w:t>. INTOLLERANZE O ESIGENZE ALIMENTARI</w:t>
      </w:r>
    </w:p>
    <w:p w14:paraId="5EB3CB2C" w14:textId="77777777" w:rsidR="00076991" w:rsidRPr="007B2C62" w:rsidRDefault="00000000" w:rsidP="00861230">
      <w:pPr>
        <w:spacing w:after="0"/>
        <w:rPr>
          <w:lang w:val="it-IT"/>
        </w:rPr>
      </w:pPr>
      <w:r w:rsidRPr="007B2C62">
        <w:rPr>
          <w:lang w:val="it-IT"/>
        </w:rPr>
        <w:t>____________________________________________________</w:t>
      </w:r>
    </w:p>
    <w:p w14:paraId="32864E7F" w14:textId="77777777" w:rsidR="00076991" w:rsidRPr="007B2C62" w:rsidRDefault="00000000" w:rsidP="00861230">
      <w:pPr>
        <w:spacing w:after="0"/>
        <w:rPr>
          <w:lang w:val="it-IT"/>
        </w:rPr>
      </w:pPr>
      <w:r w:rsidRPr="007B2C62">
        <w:rPr>
          <w:lang w:val="it-IT"/>
        </w:rPr>
        <w:t>____________________________________________________</w:t>
      </w:r>
    </w:p>
    <w:p w14:paraId="657E2D1C" w14:textId="77777777" w:rsidR="00076991" w:rsidRPr="007B2C62" w:rsidRDefault="00076991">
      <w:pPr>
        <w:rPr>
          <w:lang w:val="it-IT"/>
        </w:rPr>
      </w:pPr>
    </w:p>
    <w:p w14:paraId="3495763F" w14:textId="77777777" w:rsidR="00076991" w:rsidRPr="007B2C62" w:rsidRDefault="00000000">
      <w:pPr>
        <w:pStyle w:val="Titolo2"/>
        <w:rPr>
          <w:lang w:val="it-IT"/>
        </w:rPr>
      </w:pPr>
      <w:r w:rsidRPr="007B2C62">
        <w:rPr>
          <w:lang w:val="it-IT"/>
        </w:rPr>
        <w:t>6. NOTE EVENTUALI</w:t>
      </w:r>
    </w:p>
    <w:p w14:paraId="64E61804" w14:textId="711889A7" w:rsidR="00076991" w:rsidRPr="007B2C62" w:rsidRDefault="00000000">
      <w:pPr>
        <w:rPr>
          <w:lang w:val="it-IT"/>
        </w:rPr>
      </w:pPr>
      <w:r w:rsidRPr="007B2C62">
        <w:rPr>
          <w:lang w:val="it-IT"/>
        </w:rPr>
        <w:t>____________________________________________________</w:t>
      </w:r>
      <w:r w:rsidR="00861230">
        <w:rPr>
          <w:lang w:val="it-IT"/>
        </w:rPr>
        <w:t>_____________________________________________</w:t>
      </w:r>
    </w:p>
    <w:p w14:paraId="6A343614" w14:textId="2DD18BD8" w:rsidR="00076991" w:rsidRPr="007B2C62" w:rsidRDefault="00000000">
      <w:pPr>
        <w:rPr>
          <w:lang w:val="it-IT"/>
        </w:rPr>
      </w:pPr>
      <w:r w:rsidRPr="007B2C62">
        <w:rPr>
          <w:lang w:val="it-IT"/>
        </w:rPr>
        <w:t>____________________________________________________</w:t>
      </w:r>
      <w:r w:rsidR="00861230">
        <w:rPr>
          <w:lang w:val="it-IT"/>
        </w:rPr>
        <w:t>_____________________________________________</w:t>
      </w:r>
    </w:p>
    <w:p w14:paraId="0EE84FC5" w14:textId="205E80A4" w:rsidR="00861230" w:rsidRDefault="00861230" w:rsidP="004811E5">
      <w:pPr>
        <w:rPr>
          <w:lang w:val="it-IT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t-IT"/>
        </w:rPr>
        <w:t>7. DICHIARAZIONE DI RESPONSABILIT</w:t>
      </w:r>
      <w:r w:rsidR="007E4F9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t-IT"/>
        </w:rPr>
        <w:t>A’</w:t>
      </w:r>
      <w:r w:rsidR="004811E5" w:rsidRPr="004811E5">
        <w:rPr>
          <w:lang w:val="it-IT"/>
        </w:rPr>
        <w:t xml:space="preserve">: </w:t>
      </w:r>
    </w:p>
    <w:p w14:paraId="5BE9236C" w14:textId="31C5DE27" w:rsidR="004811E5" w:rsidRPr="004811E5" w:rsidRDefault="004811E5" w:rsidP="004811E5">
      <w:pPr>
        <w:rPr>
          <w:lang w:val="it-IT"/>
        </w:rPr>
      </w:pPr>
      <w:r w:rsidRPr="004811E5">
        <w:rPr>
          <w:lang w:val="it-IT"/>
        </w:rPr>
        <w:t>L'armatore/ skipper</w:t>
      </w:r>
      <w:r>
        <w:rPr>
          <w:lang w:val="it-IT"/>
        </w:rPr>
        <w:t xml:space="preserve"> </w:t>
      </w:r>
      <w:r w:rsidRPr="004811E5">
        <w:rPr>
          <w:lang w:val="it-IT"/>
        </w:rPr>
        <w:t>dichiara che gli equipaggi partecipano all'evento a loro rischio e pericolo, sotto la loro responsabilità a tutti</w:t>
      </w:r>
      <w:r>
        <w:rPr>
          <w:lang w:val="it-IT"/>
        </w:rPr>
        <w:t xml:space="preserve"> </w:t>
      </w:r>
      <w:r w:rsidRPr="004811E5">
        <w:rPr>
          <w:lang w:val="it-IT"/>
        </w:rPr>
        <w:t>gli effetti.</w:t>
      </w:r>
    </w:p>
    <w:p w14:paraId="3C9A6389" w14:textId="2C531028" w:rsidR="0020615B" w:rsidRDefault="004811E5" w:rsidP="004B6E3E">
      <w:pPr>
        <w:rPr>
          <w:lang w:val="it-IT"/>
        </w:rPr>
      </w:pPr>
      <w:proofErr w:type="gramStart"/>
      <w:r w:rsidRPr="004811E5">
        <w:rPr>
          <w:lang w:val="it-IT"/>
        </w:rPr>
        <w:t>Inoltre</w:t>
      </w:r>
      <w:proofErr w:type="gramEnd"/>
      <w:r w:rsidRPr="004811E5">
        <w:rPr>
          <w:lang w:val="it-IT"/>
        </w:rPr>
        <w:t xml:space="preserve"> dichiarano che la loro barca è conforme a quanto richiesto dal codice della navigazione</w:t>
      </w:r>
      <w:r>
        <w:rPr>
          <w:lang w:val="it-IT"/>
        </w:rPr>
        <w:t xml:space="preserve"> </w:t>
      </w:r>
      <w:r w:rsidRPr="004811E5">
        <w:rPr>
          <w:lang w:val="it-IT"/>
        </w:rPr>
        <w:t>e che è regolarmente assicurata contro terzi. Eventuali danni provocati</w:t>
      </w:r>
      <w:r>
        <w:rPr>
          <w:lang w:val="it-IT"/>
        </w:rPr>
        <w:t xml:space="preserve"> </w:t>
      </w:r>
      <w:r w:rsidRPr="004811E5">
        <w:rPr>
          <w:lang w:val="it-IT"/>
        </w:rPr>
        <w:t>dalla loro imbarcazione saranno integralmente a carico della loro assicurazione.</w:t>
      </w:r>
    </w:p>
    <w:p w14:paraId="489BA944" w14:textId="77777777" w:rsidR="004B6E3E" w:rsidRDefault="004B6E3E" w:rsidP="004B6E3E">
      <w:pPr>
        <w:rPr>
          <w:lang w:val="it-IT"/>
        </w:rPr>
      </w:pPr>
    </w:p>
    <w:p w14:paraId="08517A05" w14:textId="09E95BFC" w:rsidR="00076991" w:rsidRPr="0020615B" w:rsidRDefault="00000000">
      <w:pPr>
        <w:rPr>
          <w:lang w:val="it-IT"/>
        </w:rPr>
      </w:pPr>
      <w:r w:rsidRPr="0020615B">
        <w:rPr>
          <w:lang w:val="it-IT"/>
        </w:rPr>
        <w:t>Data ______________________</w:t>
      </w:r>
    </w:p>
    <w:p w14:paraId="38C2C957" w14:textId="77777777" w:rsidR="00076991" w:rsidRDefault="00000000">
      <w:pPr>
        <w:rPr>
          <w:lang w:val="it-IT"/>
        </w:rPr>
      </w:pPr>
      <w:r w:rsidRPr="0020615B">
        <w:rPr>
          <w:lang w:val="it-IT"/>
        </w:rPr>
        <w:t>Firma ___________________________________</w:t>
      </w:r>
    </w:p>
    <w:p w14:paraId="28DCB02D" w14:textId="77777777" w:rsidR="002606F1" w:rsidRDefault="002606F1" w:rsidP="002606F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t-IT"/>
        </w:rPr>
      </w:pPr>
    </w:p>
    <w:p w14:paraId="5173EE18" w14:textId="152B986A" w:rsidR="00555873" w:rsidRDefault="002606F1" w:rsidP="002606F1">
      <w:pPr>
        <w:rPr>
          <w:lang w:val="it-IT"/>
        </w:rPr>
      </w:pPr>
      <w:r w:rsidRPr="0086123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t-IT"/>
        </w:rPr>
        <w:t>Allegati:</w:t>
      </w:r>
      <w:r w:rsidRPr="0020615B">
        <w:rPr>
          <w:lang w:val="it-IT"/>
        </w:rPr>
        <w:t xml:space="preserve"> </w:t>
      </w:r>
      <w:r w:rsidR="00555873">
        <w:rPr>
          <w:lang w:val="it-IT"/>
        </w:rPr>
        <w:t>(se non già forniti</w:t>
      </w:r>
      <w:r>
        <w:rPr>
          <w:lang w:val="it-IT"/>
        </w:rPr>
        <w:t xml:space="preserve">) </w:t>
      </w:r>
    </w:p>
    <w:p w14:paraId="6E27D9E9" w14:textId="09DFBC2E" w:rsidR="00555873" w:rsidRDefault="00555873" w:rsidP="002606F1">
      <w:pPr>
        <w:rPr>
          <w:lang w:val="it-IT"/>
        </w:rPr>
      </w:pPr>
      <w:r>
        <w:rPr>
          <w:lang w:val="it-IT"/>
        </w:rPr>
        <w:t xml:space="preserve">1) </w:t>
      </w:r>
      <w:r w:rsidR="002606F1" w:rsidRPr="0020615B">
        <w:rPr>
          <w:lang w:val="it-IT"/>
        </w:rPr>
        <w:t>screenshot versament</w:t>
      </w:r>
      <w:r w:rsidR="002606F1">
        <w:rPr>
          <w:lang w:val="it-IT"/>
        </w:rPr>
        <w:t xml:space="preserve">o contributo spese </w:t>
      </w:r>
    </w:p>
    <w:p w14:paraId="205D4FBC" w14:textId="4F6EF132" w:rsidR="002606F1" w:rsidRPr="0020615B" w:rsidRDefault="002606F1" w:rsidP="002606F1">
      <w:pPr>
        <w:rPr>
          <w:lang w:val="it-IT"/>
        </w:rPr>
      </w:pPr>
      <w:r>
        <w:rPr>
          <w:lang w:val="it-IT"/>
        </w:rPr>
        <w:t>2) foto imbarcazione</w:t>
      </w:r>
    </w:p>
    <w:p w14:paraId="2B7E1E4E" w14:textId="2ED33172" w:rsidR="002606F1" w:rsidRPr="0020615B" w:rsidRDefault="001E678C">
      <w:pPr>
        <w:rPr>
          <w:lang w:val="it-IT"/>
        </w:rPr>
      </w:pPr>
      <w:r>
        <w:rPr>
          <w:lang w:val="it-IT"/>
        </w:rPr>
        <w:t>Reinviare via  Chat WA “Bertram YCI 2026” e a info@bertramownersclub.it</w:t>
      </w:r>
    </w:p>
    <w:sectPr w:rsidR="002606F1" w:rsidRPr="0020615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2857048">
    <w:abstractNumId w:val="8"/>
  </w:num>
  <w:num w:numId="2" w16cid:durableId="1676228490">
    <w:abstractNumId w:val="6"/>
  </w:num>
  <w:num w:numId="3" w16cid:durableId="1273171445">
    <w:abstractNumId w:val="5"/>
  </w:num>
  <w:num w:numId="4" w16cid:durableId="1330983835">
    <w:abstractNumId w:val="4"/>
  </w:num>
  <w:num w:numId="5" w16cid:durableId="397483464">
    <w:abstractNumId w:val="7"/>
  </w:num>
  <w:num w:numId="6" w16cid:durableId="1761218044">
    <w:abstractNumId w:val="3"/>
  </w:num>
  <w:num w:numId="7" w16cid:durableId="1009799367">
    <w:abstractNumId w:val="2"/>
  </w:num>
  <w:num w:numId="8" w16cid:durableId="1243444236">
    <w:abstractNumId w:val="1"/>
  </w:num>
  <w:num w:numId="9" w16cid:durableId="1071657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76991"/>
    <w:rsid w:val="0015074B"/>
    <w:rsid w:val="00153C02"/>
    <w:rsid w:val="001E678C"/>
    <w:rsid w:val="0020615B"/>
    <w:rsid w:val="002606F1"/>
    <w:rsid w:val="0029639D"/>
    <w:rsid w:val="00326F90"/>
    <w:rsid w:val="004443E7"/>
    <w:rsid w:val="004811E5"/>
    <w:rsid w:val="004B6E3E"/>
    <w:rsid w:val="00537532"/>
    <w:rsid w:val="00555873"/>
    <w:rsid w:val="006E25E2"/>
    <w:rsid w:val="007B2C62"/>
    <w:rsid w:val="007E4F91"/>
    <w:rsid w:val="00861230"/>
    <w:rsid w:val="009850A6"/>
    <w:rsid w:val="00A45300"/>
    <w:rsid w:val="00A877C6"/>
    <w:rsid w:val="00AA1D8D"/>
    <w:rsid w:val="00B47730"/>
    <w:rsid w:val="00CB0664"/>
    <w:rsid w:val="00E31EF7"/>
    <w:rsid w:val="00E724F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85FBDB"/>
  <w14:defaultImageDpi w14:val="300"/>
  <w15:docId w15:val="{1C77AE07-559F-6B4F-82DE-F4C374F10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213</Words>
  <Characters>2246</Characters>
  <Application>Microsoft Office Word</Application>
  <DocSecurity>0</DocSecurity>
  <Lines>74</Lines>
  <Paragraphs>58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paolo leone</cp:lastModifiedBy>
  <cp:revision>12</cp:revision>
  <dcterms:created xsi:type="dcterms:W3CDTF">2026-03-16T10:56:00Z</dcterms:created>
  <dcterms:modified xsi:type="dcterms:W3CDTF">2026-05-22T07:52:00Z</dcterms:modified>
  <cp:category/>
</cp:coreProperties>
</file>